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595B3" w14:textId="580EB510" w:rsidR="006B4BA7" w:rsidRDefault="00000000" w:rsidP="00075452">
      <w:pPr>
        <w:jc w:val="center"/>
      </w:pPr>
      <w:r>
        <w:rPr>
          <w:b/>
          <w:sz w:val="40"/>
        </w:rPr>
        <w:t xml:space="preserve">Ledyard Charter School </w:t>
      </w:r>
      <w:r w:rsidR="00075452">
        <w:rPr>
          <w:b/>
          <w:sz w:val="40"/>
        </w:rPr>
        <w:t xml:space="preserve">2026-27 </w:t>
      </w:r>
      <w:r>
        <w:rPr>
          <w:b/>
          <w:sz w:val="40"/>
        </w:rPr>
        <w:t>Academic Calendar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92"/>
        <w:gridCol w:w="4992"/>
        <w:gridCol w:w="4992"/>
      </w:tblGrid>
      <w:tr w:rsidR="006B4BA7" w14:paraId="07639CD4" w14:textId="77777777">
        <w:trPr>
          <w:jc w:val="center"/>
        </w:trPr>
        <w:tc>
          <w:tcPr>
            <w:tcW w:w="4992" w:type="dxa"/>
          </w:tcPr>
          <w:p w14:paraId="69E5B993" w14:textId="77777777" w:rsidR="00611125" w:rsidRPr="00186994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  <w:r w:rsidRPr="00186994">
              <w:rPr>
                <w:sz w:val="18"/>
                <w:szCs w:val="18"/>
              </w:rPr>
              <w:t>August 25</w:t>
            </w:r>
            <w:r w:rsidRPr="00186994">
              <w:rPr>
                <w:sz w:val="18"/>
                <w:szCs w:val="18"/>
                <w:vertAlign w:val="superscript"/>
              </w:rPr>
              <w:t>th</w:t>
            </w:r>
            <w:r w:rsidRPr="00186994">
              <w:rPr>
                <w:sz w:val="18"/>
                <w:szCs w:val="18"/>
              </w:rPr>
              <w:t xml:space="preserve"> – First Day of School</w:t>
            </w:r>
          </w:p>
          <w:tbl>
            <w:tblPr>
              <w:tblStyle w:val="TableGrid"/>
              <w:tblW w:w="4851" w:type="dxa"/>
              <w:tblLayout w:type="fixed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693"/>
              <w:gridCol w:w="693"/>
              <w:gridCol w:w="693"/>
              <w:gridCol w:w="693"/>
            </w:tblGrid>
            <w:tr w:rsidR="006B4BA7" w14:paraId="0E656305" w14:textId="77777777" w:rsidTr="00611125">
              <w:tc>
                <w:tcPr>
                  <w:tcW w:w="4851" w:type="dxa"/>
                  <w:gridSpan w:val="7"/>
                </w:tcPr>
                <w:p w14:paraId="0BC7E33D" w14:textId="77777777" w:rsidR="006B4BA7" w:rsidRDefault="00000000">
                  <w:pPr>
                    <w:jc w:val="center"/>
                  </w:pPr>
                  <w:r>
                    <w:rPr>
                      <w:b/>
                    </w:rPr>
                    <w:t>August 2026</w:t>
                  </w:r>
                </w:p>
              </w:tc>
            </w:tr>
            <w:tr w:rsidR="006B4BA7" w14:paraId="6C79E9F1" w14:textId="77777777" w:rsidTr="00611125">
              <w:tc>
                <w:tcPr>
                  <w:tcW w:w="693" w:type="dxa"/>
                </w:tcPr>
                <w:p w14:paraId="629471B5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  <w:tc>
                <w:tcPr>
                  <w:tcW w:w="693" w:type="dxa"/>
                </w:tcPr>
                <w:p w14:paraId="73DB241D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M</w:t>
                  </w:r>
                </w:p>
              </w:tc>
              <w:tc>
                <w:tcPr>
                  <w:tcW w:w="693" w:type="dxa"/>
                </w:tcPr>
                <w:p w14:paraId="390553F0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1C71EB24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W</w:t>
                  </w:r>
                </w:p>
              </w:tc>
              <w:tc>
                <w:tcPr>
                  <w:tcW w:w="693" w:type="dxa"/>
                </w:tcPr>
                <w:p w14:paraId="59568C75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6857502C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F</w:t>
                  </w:r>
                </w:p>
              </w:tc>
              <w:tc>
                <w:tcPr>
                  <w:tcW w:w="693" w:type="dxa"/>
                </w:tcPr>
                <w:p w14:paraId="78ABA8DC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</w:tr>
            <w:tr w:rsidR="006B4BA7" w14:paraId="2006E1C0" w14:textId="77777777" w:rsidTr="00611125">
              <w:tc>
                <w:tcPr>
                  <w:tcW w:w="693" w:type="dxa"/>
                </w:tcPr>
                <w:p w14:paraId="1C10C3A8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4A2EB64F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7D14C9F7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2194FDB2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6BD55DF8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7382D7CB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7D9D8BBE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  <w:tr w:rsidR="006B4BA7" w14:paraId="043A327B" w14:textId="77777777" w:rsidTr="00611125">
              <w:tc>
                <w:tcPr>
                  <w:tcW w:w="693" w:type="dxa"/>
                </w:tcPr>
                <w:p w14:paraId="430F419D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693" w:type="dxa"/>
                </w:tcPr>
                <w:p w14:paraId="3B550D16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693" w:type="dxa"/>
                </w:tcPr>
                <w:p w14:paraId="48E3D1CB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693" w:type="dxa"/>
                </w:tcPr>
                <w:p w14:paraId="66F4398D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693" w:type="dxa"/>
                </w:tcPr>
                <w:p w14:paraId="4250CA2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693" w:type="dxa"/>
                </w:tcPr>
                <w:p w14:paraId="30677A7B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693" w:type="dxa"/>
                </w:tcPr>
                <w:p w14:paraId="0CD28B64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8</w:t>
                  </w:r>
                </w:p>
              </w:tc>
            </w:tr>
            <w:tr w:rsidR="006B4BA7" w14:paraId="0F8BBFD1" w14:textId="77777777" w:rsidTr="00611125">
              <w:tc>
                <w:tcPr>
                  <w:tcW w:w="693" w:type="dxa"/>
                </w:tcPr>
                <w:p w14:paraId="47AF402C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693" w:type="dxa"/>
                </w:tcPr>
                <w:p w14:paraId="293DA74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693" w:type="dxa"/>
                </w:tcPr>
                <w:p w14:paraId="3D466F8F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693" w:type="dxa"/>
                </w:tcPr>
                <w:p w14:paraId="52329FF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693" w:type="dxa"/>
                </w:tcPr>
                <w:p w14:paraId="7B2F6021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693" w:type="dxa"/>
                </w:tcPr>
                <w:p w14:paraId="6387C1EE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693" w:type="dxa"/>
                </w:tcPr>
                <w:p w14:paraId="6A27AFAF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15</w:t>
                  </w:r>
                </w:p>
              </w:tc>
            </w:tr>
            <w:tr w:rsidR="006B4BA7" w14:paraId="7D262A8D" w14:textId="77777777" w:rsidTr="00611125">
              <w:tc>
                <w:tcPr>
                  <w:tcW w:w="693" w:type="dxa"/>
                </w:tcPr>
                <w:p w14:paraId="7F4A7656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693" w:type="dxa"/>
                </w:tcPr>
                <w:p w14:paraId="66AAB10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693" w:type="dxa"/>
                </w:tcPr>
                <w:p w14:paraId="3D568069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693" w:type="dxa"/>
                  <w:shd w:val="clear" w:color="auto" w:fill="B2A1C7" w:themeFill="accent4" w:themeFillTint="99"/>
                </w:tcPr>
                <w:p w14:paraId="3A890354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693" w:type="dxa"/>
                  <w:shd w:val="clear" w:color="auto" w:fill="B2A1C7" w:themeFill="accent4" w:themeFillTint="99"/>
                </w:tcPr>
                <w:p w14:paraId="3551766C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693" w:type="dxa"/>
                  <w:shd w:val="clear" w:color="auto" w:fill="B2A1C7" w:themeFill="accent4" w:themeFillTint="99"/>
                </w:tcPr>
                <w:p w14:paraId="1138DCF6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693" w:type="dxa"/>
                </w:tcPr>
                <w:p w14:paraId="4D81870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6B4BA7" w14:paraId="0799EAF5" w14:textId="77777777" w:rsidTr="00611125">
              <w:tc>
                <w:tcPr>
                  <w:tcW w:w="693" w:type="dxa"/>
                </w:tcPr>
                <w:p w14:paraId="3C3B4B99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693" w:type="dxa"/>
                  <w:shd w:val="clear" w:color="auto" w:fill="B2A1C7" w:themeFill="accent4" w:themeFillTint="99"/>
                </w:tcPr>
                <w:p w14:paraId="49D0077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693" w:type="dxa"/>
                  <w:shd w:val="clear" w:color="auto" w:fill="92D050"/>
                </w:tcPr>
                <w:p w14:paraId="4CBB6D1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4D551E24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5721E8C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160AC80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693" w:type="dxa"/>
                </w:tcPr>
                <w:p w14:paraId="36A8DFAE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29</w:t>
                  </w:r>
                </w:p>
              </w:tc>
            </w:tr>
            <w:tr w:rsidR="006B4BA7" w14:paraId="273DAA59" w14:textId="77777777" w:rsidTr="00611125">
              <w:tc>
                <w:tcPr>
                  <w:tcW w:w="693" w:type="dxa"/>
                </w:tcPr>
                <w:p w14:paraId="36D77D31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3EA7F8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693" w:type="dxa"/>
                </w:tcPr>
                <w:p w14:paraId="562AC611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41FD4F38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2DD4F767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5E23FF03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25FAF2B4" w14:textId="77777777" w:rsidR="006B4BA7" w:rsidRDefault="006B4BA7">
                  <w:pPr>
                    <w:jc w:val="center"/>
                  </w:pPr>
                </w:p>
              </w:tc>
            </w:tr>
          </w:tbl>
          <w:p w14:paraId="03BCF2B3" w14:textId="77777777" w:rsidR="006B4BA7" w:rsidRDefault="006B4BA7"/>
        </w:tc>
        <w:tc>
          <w:tcPr>
            <w:tcW w:w="4992" w:type="dxa"/>
          </w:tcPr>
          <w:p w14:paraId="3EA271AC" w14:textId="77777777" w:rsidR="00611125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  <w:r w:rsidRPr="00186994">
              <w:rPr>
                <w:sz w:val="18"/>
                <w:szCs w:val="18"/>
              </w:rPr>
              <w:t>September 4</w:t>
            </w:r>
            <w:r w:rsidRPr="00186994">
              <w:rPr>
                <w:sz w:val="18"/>
                <w:szCs w:val="18"/>
                <w:vertAlign w:val="superscript"/>
              </w:rPr>
              <w:t>th</w:t>
            </w:r>
            <w:r w:rsidRPr="00186994">
              <w:rPr>
                <w:sz w:val="18"/>
                <w:szCs w:val="18"/>
              </w:rPr>
              <w:t>-7</w:t>
            </w:r>
            <w:r w:rsidRPr="00186994">
              <w:rPr>
                <w:sz w:val="18"/>
                <w:szCs w:val="18"/>
                <w:vertAlign w:val="superscript"/>
              </w:rPr>
              <w:t>th</w:t>
            </w:r>
            <w:r w:rsidRPr="00186994">
              <w:rPr>
                <w:sz w:val="18"/>
                <w:szCs w:val="18"/>
              </w:rPr>
              <w:t>: Labor Day/No School</w:t>
            </w:r>
          </w:p>
          <w:tbl>
            <w:tblPr>
              <w:tblStyle w:val="TableGrid"/>
              <w:tblW w:w="4851" w:type="dxa"/>
              <w:tblLayout w:type="fixed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693"/>
              <w:gridCol w:w="693"/>
              <w:gridCol w:w="693"/>
              <w:gridCol w:w="693"/>
            </w:tblGrid>
            <w:tr w:rsidR="006B4BA7" w14:paraId="476A87E2" w14:textId="77777777" w:rsidTr="00611125">
              <w:tc>
                <w:tcPr>
                  <w:tcW w:w="4851" w:type="dxa"/>
                  <w:gridSpan w:val="7"/>
                </w:tcPr>
                <w:p w14:paraId="52BA12A8" w14:textId="77777777" w:rsidR="006B4BA7" w:rsidRDefault="00000000">
                  <w:pPr>
                    <w:jc w:val="center"/>
                  </w:pPr>
                  <w:r>
                    <w:rPr>
                      <w:b/>
                    </w:rPr>
                    <w:t>September 2026</w:t>
                  </w:r>
                </w:p>
              </w:tc>
            </w:tr>
            <w:tr w:rsidR="006B4BA7" w14:paraId="3913B053" w14:textId="77777777" w:rsidTr="00611125">
              <w:tc>
                <w:tcPr>
                  <w:tcW w:w="693" w:type="dxa"/>
                </w:tcPr>
                <w:p w14:paraId="5CEBB334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  <w:tc>
                <w:tcPr>
                  <w:tcW w:w="693" w:type="dxa"/>
                </w:tcPr>
                <w:p w14:paraId="5946C461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M</w:t>
                  </w:r>
                </w:p>
              </w:tc>
              <w:tc>
                <w:tcPr>
                  <w:tcW w:w="693" w:type="dxa"/>
                </w:tcPr>
                <w:p w14:paraId="0AE8AC10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1B1D87BB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W</w:t>
                  </w:r>
                </w:p>
              </w:tc>
              <w:tc>
                <w:tcPr>
                  <w:tcW w:w="693" w:type="dxa"/>
                </w:tcPr>
                <w:p w14:paraId="56ECC0F6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53B387C4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F</w:t>
                  </w:r>
                </w:p>
              </w:tc>
              <w:tc>
                <w:tcPr>
                  <w:tcW w:w="693" w:type="dxa"/>
                </w:tcPr>
                <w:p w14:paraId="296C4159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</w:tr>
            <w:tr w:rsidR="006B4BA7" w14:paraId="0D3254F0" w14:textId="77777777" w:rsidTr="00611125">
              <w:tc>
                <w:tcPr>
                  <w:tcW w:w="693" w:type="dxa"/>
                </w:tcPr>
                <w:p w14:paraId="43603472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5CC8E084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  <w:shd w:val="clear" w:color="auto" w:fill="FFFF00"/>
                </w:tcPr>
                <w:p w14:paraId="2159FF66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14A79E8F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D7A97C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631CD61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693" w:type="dxa"/>
                </w:tcPr>
                <w:p w14:paraId="644D869E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6B4BA7" w14:paraId="6EE58783" w14:textId="77777777" w:rsidTr="00611125">
              <w:tc>
                <w:tcPr>
                  <w:tcW w:w="693" w:type="dxa"/>
                </w:tcPr>
                <w:p w14:paraId="5EF12020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636A5A84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21F7391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BA12D96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415E97E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64F6638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693" w:type="dxa"/>
                </w:tcPr>
                <w:p w14:paraId="5B55352B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12</w:t>
                  </w:r>
                </w:p>
              </w:tc>
            </w:tr>
            <w:tr w:rsidR="006B4BA7" w14:paraId="7A64AEE2" w14:textId="77777777" w:rsidTr="00611125">
              <w:tc>
                <w:tcPr>
                  <w:tcW w:w="693" w:type="dxa"/>
                </w:tcPr>
                <w:p w14:paraId="768CA51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CA5A6BE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49FA7C99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298ACE8D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4D22D050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4B9E65C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693" w:type="dxa"/>
                </w:tcPr>
                <w:p w14:paraId="16B35F8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19</w:t>
                  </w:r>
                </w:p>
              </w:tc>
            </w:tr>
            <w:tr w:rsidR="006B4BA7" w14:paraId="25862D98" w14:textId="77777777" w:rsidTr="00611125">
              <w:tc>
                <w:tcPr>
                  <w:tcW w:w="693" w:type="dxa"/>
                </w:tcPr>
                <w:p w14:paraId="0396031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2D00A3D4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C99D12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3F8EC6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F9115B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BFAC41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693" w:type="dxa"/>
                </w:tcPr>
                <w:p w14:paraId="5E420351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26</w:t>
                  </w:r>
                </w:p>
              </w:tc>
            </w:tr>
            <w:tr w:rsidR="006B4BA7" w14:paraId="1AC24B02" w14:textId="77777777" w:rsidTr="00611125">
              <w:tc>
                <w:tcPr>
                  <w:tcW w:w="693" w:type="dxa"/>
                </w:tcPr>
                <w:p w14:paraId="278FDAA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4C4794F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106EA57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FCE90EE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693" w:type="dxa"/>
                </w:tcPr>
                <w:p w14:paraId="329AFE56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7F1BF717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6EE322FE" w14:textId="77777777" w:rsidR="006B4BA7" w:rsidRDefault="006B4BA7">
                  <w:pPr>
                    <w:jc w:val="center"/>
                  </w:pPr>
                </w:p>
              </w:tc>
            </w:tr>
            <w:tr w:rsidR="006B4BA7" w14:paraId="6937607C" w14:textId="77777777" w:rsidTr="00611125">
              <w:tc>
                <w:tcPr>
                  <w:tcW w:w="693" w:type="dxa"/>
                </w:tcPr>
                <w:p w14:paraId="2AC45263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48995E74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3EC974B6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518F4B86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0151329E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230F9032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271B9BDE" w14:textId="77777777" w:rsidR="006B4BA7" w:rsidRDefault="006B4BA7">
                  <w:pPr>
                    <w:jc w:val="center"/>
                  </w:pPr>
                </w:p>
              </w:tc>
            </w:tr>
          </w:tbl>
          <w:p w14:paraId="0C7D6C86" w14:textId="77777777" w:rsidR="006B4BA7" w:rsidRDefault="006B4BA7"/>
        </w:tc>
        <w:tc>
          <w:tcPr>
            <w:tcW w:w="4992" w:type="dxa"/>
          </w:tcPr>
          <w:p w14:paraId="38C1D405" w14:textId="77777777" w:rsidR="00611125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  <w:r w:rsidRPr="00186994">
              <w:rPr>
                <w:sz w:val="18"/>
                <w:szCs w:val="18"/>
              </w:rPr>
              <w:t>October 12</w:t>
            </w:r>
            <w:r w:rsidRPr="00186994">
              <w:rPr>
                <w:sz w:val="18"/>
                <w:szCs w:val="18"/>
                <w:vertAlign w:val="superscript"/>
              </w:rPr>
              <w:t>th</w:t>
            </w:r>
            <w:r w:rsidRPr="00186994">
              <w:rPr>
                <w:sz w:val="18"/>
                <w:szCs w:val="18"/>
              </w:rPr>
              <w:t xml:space="preserve"> – Columbus Day/No School</w:t>
            </w:r>
          </w:p>
          <w:p w14:paraId="6F7144A9" w14:textId="77777777" w:rsidR="00611125" w:rsidRPr="00186994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October 23</w:t>
            </w:r>
            <w:r w:rsidRPr="00611125">
              <w:rPr>
                <w:sz w:val="18"/>
                <w:szCs w:val="18"/>
                <w:vertAlign w:val="superscript"/>
              </w:rPr>
              <w:t>rd</w:t>
            </w:r>
            <w:r>
              <w:rPr>
                <w:sz w:val="18"/>
                <w:szCs w:val="18"/>
              </w:rPr>
              <w:t xml:space="preserve"> – Quarter 1 Ends</w:t>
            </w:r>
          </w:p>
          <w:p w14:paraId="6763ED12" w14:textId="77777777" w:rsidR="00611125" w:rsidRPr="00186994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  <w:r w:rsidRPr="00186994">
              <w:rPr>
                <w:sz w:val="18"/>
                <w:szCs w:val="18"/>
              </w:rPr>
              <w:t xml:space="preserve">October </w:t>
            </w:r>
            <w:r>
              <w:rPr>
                <w:sz w:val="18"/>
                <w:szCs w:val="18"/>
              </w:rPr>
              <w:t>26</w:t>
            </w:r>
            <w:r w:rsidRPr="00186994">
              <w:rPr>
                <w:sz w:val="18"/>
                <w:szCs w:val="18"/>
                <w:vertAlign w:val="superscript"/>
              </w:rPr>
              <w:t>th</w:t>
            </w:r>
            <w:r w:rsidRPr="00186994">
              <w:rPr>
                <w:sz w:val="18"/>
                <w:szCs w:val="18"/>
              </w:rPr>
              <w:t xml:space="preserve"> – Parent Teacher Conferences</w:t>
            </w:r>
            <w:r>
              <w:rPr>
                <w:sz w:val="18"/>
                <w:szCs w:val="18"/>
              </w:rPr>
              <w:t>/Teacher Day</w:t>
            </w:r>
          </w:p>
          <w:tbl>
            <w:tblPr>
              <w:tblStyle w:val="TableGrid"/>
              <w:tblW w:w="4851" w:type="dxa"/>
              <w:tblLayout w:type="fixed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693"/>
              <w:gridCol w:w="693"/>
              <w:gridCol w:w="693"/>
              <w:gridCol w:w="693"/>
            </w:tblGrid>
            <w:tr w:rsidR="006B4BA7" w14:paraId="32E33B2D" w14:textId="77777777" w:rsidTr="00611125">
              <w:tc>
                <w:tcPr>
                  <w:tcW w:w="4851" w:type="dxa"/>
                  <w:gridSpan w:val="7"/>
                </w:tcPr>
                <w:p w14:paraId="4F9C1BCC" w14:textId="77777777" w:rsidR="006B4BA7" w:rsidRDefault="00000000">
                  <w:pPr>
                    <w:jc w:val="center"/>
                  </w:pPr>
                  <w:r>
                    <w:rPr>
                      <w:b/>
                    </w:rPr>
                    <w:t>October 2026</w:t>
                  </w:r>
                </w:p>
              </w:tc>
            </w:tr>
            <w:tr w:rsidR="006B4BA7" w14:paraId="5D4190B7" w14:textId="77777777" w:rsidTr="00611125">
              <w:tc>
                <w:tcPr>
                  <w:tcW w:w="693" w:type="dxa"/>
                </w:tcPr>
                <w:p w14:paraId="5261ED8F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  <w:tc>
                <w:tcPr>
                  <w:tcW w:w="693" w:type="dxa"/>
                </w:tcPr>
                <w:p w14:paraId="11E37A58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M</w:t>
                  </w:r>
                </w:p>
              </w:tc>
              <w:tc>
                <w:tcPr>
                  <w:tcW w:w="693" w:type="dxa"/>
                </w:tcPr>
                <w:p w14:paraId="5ED92AF4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4C51BA31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W</w:t>
                  </w:r>
                </w:p>
              </w:tc>
              <w:tc>
                <w:tcPr>
                  <w:tcW w:w="693" w:type="dxa"/>
                </w:tcPr>
                <w:p w14:paraId="7660C4B0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79667A70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F</w:t>
                  </w:r>
                </w:p>
              </w:tc>
              <w:tc>
                <w:tcPr>
                  <w:tcW w:w="693" w:type="dxa"/>
                </w:tcPr>
                <w:p w14:paraId="6B74071B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</w:tr>
            <w:tr w:rsidR="006B4BA7" w14:paraId="15548B38" w14:textId="77777777" w:rsidTr="00611125">
              <w:tc>
                <w:tcPr>
                  <w:tcW w:w="693" w:type="dxa"/>
                </w:tcPr>
                <w:p w14:paraId="3759AAB3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05F6764A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5B249F84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2708725B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  <w:shd w:val="clear" w:color="auto" w:fill="FFFF00"/>
                </w:tcPr>
                <w:p w14:paraId="0A17DA0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0136D7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693" w:type="dxa"/>
                </w:tcPr>
                <w:p w14:paraId="145B804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6B4BA7" w14:paraId="0E53198C" w14:textId="77777777" w:rsidTr="00611125">
              <w:tc>
                <w:tcPr>
                  <w:tcW w:w="693" w:type="dxa"/>
                </w:tcPr>
                <w:p w14:paraId="676DA700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4ACAC06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1F505A24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689EE99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337385B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1DDAB19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693" w:type="dxa"/>
                </w:tcPr>
                <w:p w14:paraId="5FF9D451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10</w:t>
                  </w:r>
                </w:p>
              </w:tc>
            </w:tr>
            <w:tr w:rsidR="006B4BA7" w14:paraId="7B86C6AF" w14:textId="77777777" w:rsidTr="00611125">
              <w:tc>
                <w:tcPr>
                  <w:tcW w:w="693" w:type="dxa"/>
                </w:tcPr>
                <w:p w14:paraId="2507B57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33C9C3D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E6AE3A0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45AB46C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6C6BEA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218C99EF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693" w:type="dxa"/>
                </w:tcPr>
                <w:p w14:paraId="29FA1F1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17</w:t>
                  </w:r>
                </w:p>
              </w:tc>
            </w:tr>
            <w:tr w:rsidR="006B4BA7" w14:paraId="6875E04A" w14:textId="77777777" w:rsidTr="00611125">
              <w:tc>
                <w:tcPr>
                  <w:tcW w:w="693" w:type="dxa"/>
                </w:tcPr>
                <w:p w14:paraId="7C811CE9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03F01DF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C3778CB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4721C0BD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4EBF554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693" w:type="dxa"/>
                  <w:shd w:val="clear" w:color="auto" w:fill="D99594" w:themeFill="accent2" w:themeFillTint="99"/>
                </w:tcPr>
                <w:p w14:paraId="1B2F90E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693" w:type="dxa"/>
                </w:tcPr>
                <w:p w14:paraId="0AD6AB4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24</w:t>
                  </w:r>
                </w:p>
              </w:tc>
            </w:tr>
            <w:tr w:rsidR="006B4BA7" w14:paraId="5E2B89BF" w14:textId="77777777" w:rsidTr="00611125">
              <w:tc>
                <w:tcPr>
                  <w:tcW w:w="693" w:type="dxa"/>
                </w:tcPr>
                <w:p w14:paraId="0D2A6FBF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693" w:type="dxa"/>
                  <w:shd w:val="clear" w:color="auto" w:fill="B2A1C7" w:themeFill="accent4" w:themeFillTint="99"/>
                </w:tcPr>
                <w:p w14:paraId="300DA55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168CC1DD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30F60B29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6A16EF7F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CEEBF8B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693" w:type="dxa"/>
                </w:tcPr>
                <w:p w14:paraId="3E36FA4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31</w:t>
                  </w:r>
                </w:p>
              </w:tc>
            </w:tr>
            <w:tr w:rsidR="006B4BA7" w14:paraId="0BFFC08F" w14:textId="77777777" w:rsidTr="00611125">
              <w:tc>
                <w:tcPr>
                  <w:tcW w:w="693" w:type="dxa"/>
                </w:tcPr>
                <w:p w14:paraId="47504113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6CDD43D3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7F7FF241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6A7DAA83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72034A04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033B60E9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18017C06" w14:textId="77777777" w:rsidR="006B4BA7" w:rsidRDefault="006B4BA7">
                  <w:pPr>
                    <w:jc w:val="center"/>
                  </w:pPr>
                </w:p>
              </w:tc>
            </w:tr>
          </w:tbl>
          <w:p w14:paraId="6D8AF847" w14:textId="77777777" w:rsidR="006B4BA7" w:rsidRDefault="006B4BA7"/>
        </w:tc>
      </w:tr>
      <w:tr w:rsidR="006B4BA7" w14:paraId="7493D214" w14:textId="77777777">
        <w:trPr>
          <w:jc w:val="center"/>
        </w:trPr>
        <w:tc>
          <w:tcPr>
            <w:tcW w:w="4992" w:type="dxa"/>
          </w:tcPr>
          <w:p w14:paraId="07B577F6" w14:textId="77777777" w:rsidR="00611125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  <w:r w:rsidRPr="00186994">
              <w:rPr>
                <w:sz w:val="18"/>
                <w:szCs w:val="18"/>
              </w:rPr>
              <w:t>November 11</w:t>
            </w:r>
            <w:r w:rsidRPr="00186994">
              <w:rPr>
                <w:sz w:val="18"/>
                <w:szCs w:val="18"/>
                <w:vertAlign w:val="superscript"/>
              </w:rPr>
              <w:t>th</w:t>
            </w:r>
            <w:r w:rsidRPr="00186994">
              <w:rPr>
                <w:sz w:val="18"/>
                <w:szCs w:val="18"/>
              </w:rPr>
              <w:t xml:space="preserve"> – Veteran’s Day/No School</w:t>
            </w:r>
          </w:p>
          <w:p w14:paraId="448B0A6F" w14:textId="77777777" w:rsidR="00611125" w:rsidRPr="00186994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  <w:r w:rsidRPr="00186994">
              <w:rPr>
                <w:sz w:val="18"/>
                <w:szCs w:val="18"/>
              </w:rPr>
              <w:t>November 25</w:t>
            </w:r>
            <w:r w:rsidRPr="00186994">
              <w:rPr>
                <w:sz w:val="18"/>
                <w:szCs w:val="18"/>
                <w:vertAlign w:val="superscript"/>
              </w:rPr>
              <w:t>th</w:t>
            </w:r>
            <w:r w:rsidRPr="00186994">
              <w:rPr>
                <w:sz w:val="18"/>
                <w:szCs w:val="18"/>
              </w:rPr>
              <w:t>-27</w:t>
            </w:r>
            <w:r w:rsidRPr="00186994">
              <w:rPr>
                <w:sz w:val="18"/>
                <w:szCs w:val="18"/>
                <w:vertAlign w:val="superscript"/>
              </w:rPr>
              <w:t>th</w:t>
            </w:r>
            <w:r w:rsidRPr="00186994">
              <w:rPr>
                <w:sz w:val="18"/>
                <w:szCs w:val="18"/>
              </w:rPr>
              <w:t xml:space="preserve"> – Thanksgiving/No School</w:t>
            </w:r>
          </w:p>
          <w:tbl>
            <w:tblPr>
              <w:tblStyle w:val="TableGrid"/>
              <w:tblW w:w="4851" w:type="dxa"/>
              <w:tblLayout w:type="fixed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693"/>
              <w:gridCol w:w="693"/>
              <w:gridCol w:w="693"/>
              <w:gridCol w:w="693"/>
            </w:tblGrid>
            <w:tr w:rsidR="006B4BA7" w14:paraId="5F70351E" w14:textId="77777777" w:rsidTr="00611125">
              <w:tc>
                <w:tcPr>
                  <w:tcW w:w="4851" w:type="dxa"/>
                  <w:gridSpan w:val="7"/>
                </w:tcPr>
                <w:p w14:paraId="50C63871" w14:textId="77777777" w:rsidR="006B4BA7" w:rsidRDefault="00000000">
                  <w:pPr>
                    <w:jc w:val="center"/>
                  </w:pPr>
                  <w:r>
                    <w:rPr>
                      <w:b/>
                    </w:rPr>
                    <w:t>November 2026</w:t>
                  </w:r>
                </w:p>
              </w:tc>
            </w:tr>
            <w:tr w:rsidR="006B4BA7" w14:paraId="14F47423" w14:textId="77777777" w:rsidTr="00611125">
              <w:tc>
                <w:tcPr>
                  <w:tcW w:w="693" w:type="dxa"/>
                </w:tcPr>
                <w:p w14:paraId="6EB2B994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  <w:tc>
                <w:tcPr>
                  <w:tcW w:w="693" w:type="dxa"/>
                </w:tcPr>
                <w:p w14:paraId="5986625E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M</w:t>
                  </w:r>
                </w:p>
              </w:tc>
              <w:tc>
                <w:tcPr>
                  <w:tcW w:w="693" w:type="dxa"/>
                </w:tcPr>
                <w:p w14:paraId="137896E1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1440EA57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W</w:t>
                  </w:r>
                </w:p>
              </w:tc>
              <w:tc>
                <w:tcPr>
                  <w:tcW w:w="693" w:type="dxa"/>
                </w:tcPr>
                <w:p w14:paraId="196AD2B7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3222786B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F</w:t>
                  </w:r>
                </w:p>
              </w:tc>
              <w:tc>
                <w:tcPr>
                  <w:tcW w:w="693" w:type="dxa"/>
                </w:tcPr>
                <w:p w14:paraId="6F7274B7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</w:tr>
            <w:tr w:rsidR="006B4BA7" w14:paraId="7F6F9E43" w14:textId="77777777" w:rsidTr="00611125">
              <w:tc>
                <w:tcPr>
                  <w:tcW w:w="693" w:type="dxa"/>
                </w:tcPr>
                <w:p w14:paraId="01182CAC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177680AD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38333D8C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20CCFAE4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2C1C28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E4FF296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693" w:type="dxa"/>
                </w:tcPr>
                <w:p w14:paraId="2C1A13A0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7</w:t>
                  </w:r>
                </w:p>
              </w:tc>
            </w:tr>
            <w:tr w:rsidR="006B4BA7" w14:paraId="126DF842" w14:textId="77777777" w:rsidTr="00611125">
              <w:tc>
                <w:tcPr>
                  <w:tcW w:w="693" w:type="dxa"/>
                </w:tcPr>
                <w:p w14:paraId="781778EE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378747C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BD8BCB6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24CC66C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0901099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41D9A6C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693" w:type="dxa"/>
                </w:tcPr>
                <w:p w14:paraId="55E0216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14</w:t>
                  </w:r>
                </w:p>
              </w:tc>
            </w:tr>
            <w:tr w:rsidR="006B4BA7" w14:paraId="65C46F9E" w14:textId="77777777" w:rsidTr="00611125">
              <w:tc>
                <w:tcPr>
                  <w:tcW w:w="693" w:type="dxa"/>
                </w:tcPr>
                <w:p w14:paraId="1FD9CA4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131D88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04C07CF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2FD4717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411720B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2C50CFFD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693" w:type="dxa"/>
                </w:tcPr>
                <w:p w14:paraId="3347D50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6B4BA7" w14:paraId="54AC224E" w14:textId="77777777" w:rsidTr="00611125">
              <w:tc>
                <w:tcPr>
                  <w:tcW w:w="693" w:type="dxa"/>
                </w:tcPr>
                <w:p w14:paraId="3BFAE6D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2376121B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3A16D6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62EEC8DB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7D9C5B7D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726EB3C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693" w:type="dxa"/>
                </w:tcPr>
                <w:p w14:paraId="1BF3024E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28</w:t>
                  </w:r>
                </w:p>
              </w:tc>
            </w:tr>
            <w:tr w:rsidR="006B4BA7" w14:paraId="2A86E01C" w14:textId="77777777" w:rsidTr="00611125">
              <w:tc>
                <w:tcPr>
                  <w:tcW w:w="693" w:type="dxa"/>
                </w:tcPr>
                <w:p w14:paraId="6AACFE79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9AB56A1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693" w:type="dxa"/>
                </w:tcPr>
                <w:p w14:paraId="0D271CD5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3089CFA7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31EFFCF4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5EC7FAD3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38EE56DB" w14:textId="77777777" w:rsidR="006B4BA7" w:rsidRDefault="006B4BA7">
                  <w:pPr>
                    <w:jc w:val="center"/>
                  </w:pPr>
                </w:p>
              </w:tc>
            </w:tr>
            <w:tr w:rsidR="006B4BA7" w14:paraId="33484EA5" w14:textId="77777777" w:rsidTr="00611125">
              <w:tc>
                <w:tcPr>
                  <w:tcW w:w="693" w:type="dxa"/>
                </w:tcPr>
                <w:p w14:paraId="13504FC4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0B10D185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1F42A174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5A389337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47748809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5C93A00D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26700A4F" w14:textId="77777777" w:rsidR="006B4BA7" w:rsidRDefault="006B4BA7">
                  <w:pPr>
                    <w:jc w:val="center"/>
                  </w:pPr>
                </w:p>
              </w:tc>
            </w:tr>
          </w:tbl>
          <w:p w14:paraId="77FDD087" w14:textId="77777777" w:rsidR="006B4BA7" w:rsidRDefault="006B4BA7"/>
        </w:tc>
        <w:tc>
          <w:tcPr>
            <w:tcW w:w="4992" w:type="dxa"/>
          </w:tcPr>
          <w:p w14:paraId="724F409E" w14:textId="77777777" w:rsidR="00611125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  <w:r w:rsidRPr="00186994">
              <w:rPr>
                <w:sz w:val="18"/>
                <w:szCs w:val="18"/>
              </w:rPr>
              <w:t>December 21</w:t>
            </w:r>
            <w:r w:rsidRPr="00186994">
              <w:rPr>
                <w:sz w:val="18"/>
                <w:szCs w:val="18"/>
                <w:vertAlign w:val="superscript"/>
              </w:rPr>
              <w:t>st</w:t>
            </w:r>
            <w:r w:rsidRPr="00186994">
              <w:rPr>
                <w:sz w:val="18"/>
                <w:szCs w:val="18"/>
              </w:rPr>
              <w:t>-January 1</w:t>
            </w:r>
            <w:r w:rsidRPr="00186994">
              <w:rPr>
                <w:sz w:val="18"/>
                <w:szCs w:val="18"/>
                <w:vertAlign w:val="superscript"/>
              </w:rPr>
              <w:t>st</w:t>
            </w:r>
            <w:r w:rsidRPr="00186994">
              <w:rPr>
                <w:sz w:val="18"/>
                <w:szCs w:val="18"/>
              </w:rPr>
              <w:t xml:space="preserve"> – Holiday Vacation</w:t>
            </w:r>
          </w:p>
          <w:p w14:paraId="679C8C59" w14:textId="77777777" w:rsidR="00611125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</w:p>
          <w:tbl>
            <w:tblPr>
              <w:tblStyle w:val="TableGrid"/>
              <w:tblW w:w="4851" w:type="dxa"/>
              <w:tblLayout w:type="fixed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693"/>
              <w:gridCol w:w="693"/>
              <w:gridCol w:w="693"/>
              <w:gridCol w:w="693"/>
            </w:tblGrid>
            <w:tr w:rsidR="006B4BA7" w14:paraId="452C580B" w14:textId="77777777" w:rsidTr="00611125">
              <w:tc>
                <w:tcPr>
                  <w:tcW w:w="4851" w:type="dxa"/>
                  <w:gridSpan w:val="7"/>
                </w:tcPr>
                <w:p w14:paraId="2B505DD4" w14:textId="77777777" w:rsidR="006B4BA7" w:rsidRDefault="00000000">
                  <w:pPr>
                    <w:jc w:val="center"/>
                  </w:pPr>
                  <w:r>
                    <w:rPr>
                      <w:b/>
                    </w:rPr>
                    <w:t>December 2026</w:t>
                  </w:r>
                </w:p>
              </w:tc>
            </w:tr>
            <w:tr w:rsidR="006B4BA7" w14:paraId="6070DFB4" w14:textId="77777777" w:rsidTr="00611125">
              <w:tc>
                <w:tcPr>
                  <w:tcW w:w="693" w:type="dxa"/>
                </w:tcPr>
                <w:p w14:paraId="513A8984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  <w:tc>
                <w:tcPr>
                  <w:tcW w:w="693" w:type="dxa"/>
                </w:tcPr>
                <w:p w14:paraId="4DBA7FE5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M</w:t>
                  </w:r>
                </w:p>
              </w:tc>
              <w:tc>
                <w:tcPr>
                  <w:tcW w:w="693" w:type="dxa"/>
                </w:tcPr>
                <w:p w14:paraId="06C94019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71ACB2A1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W</w:t>
                  </w:r>
                </w:p>
              </w:tc>
              <w:tc>
                <w:tcPr>
                  <w:tcW w:w="693" w:type="dxa"/>
                </w:tcPr>
                <w:p w14:paraId="094DC97F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0837BC1F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F</w:t>
                  </w:r>
                </w:p>
              </w:tc>
              <w:tc>
                <w:tcPr>
                  <w:tcW w:w="693" w:type="dxa"/>
                </w:tcPr>
                <w:p w14:paraId="5D38A077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</w:tr>
            <w:tr w:rsidR="006B4BA7" w14:paraId="0F8575DE" w14:textId="77777777" w:rsidTr="00611125">
              <w:tc>
                <w:tcPr>
                  <w:tcW w:w="693" w:type="dxa"/>
                </w:tcPr>
                <w:p w14:paraId="6542DA80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50C53FBC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  <w:shd w:val="clear" w:color="auto" w:fill="FFFF00"/>
                </w:tcPr>
                <w:p w14:paraId="3A2AE3F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1A785E50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16C6E5E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676E834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693" w:type="dxa"/>
                </w:tcPr>
                <w:p w14:paraId="15AFACD0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6B4BA7" w14:paraId="2769219E" w14:textId="77777777" w:rsidTr="00611125">
              <w:tc>
                <w:tcPr>
                  <w:tcW w:w="693" w:type="dxa"/>
                </w:tcPr>
                <w:p w14:paraId="0E07720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4EAD7E9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0DDFB6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F01D5F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47A25D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6D0AA36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693" w:type="dxa"/>
                </w:tcPr>
                <w:p w14:paraId="4C2AF796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12</w:t>
                  </w:r>
                </w:p>
              </w:tc>
            </w:tr>
            <w:tr w:rsidR="006B4BA7" w14:paraId="25B7F8A6" w14:textId="77777777" w:rsidTr="00611125">
              <w:tc>
                <w:tcPr>
                  <w:tcW w:w="693" w:type="dxa"/>
                </w:tcPr>
                <w:p w14:paraId="073B6200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C2B44F0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30061BC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0B24C20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31F57F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647D9D2D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693" w:type="dxa"/>
                </w:tcPr>
                <w:p w14:paraId="4203C561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19</w:t>
                  </w:r>
                </w:p>
              </w:tc>
            </w:tr>
            <w:tr w:rsidR="006B4BA7" w14:paraId="6009508F" w14:textId="77777777" w:rsidTr="00611125">
              <w:tc>
                <w:tcPr>
                  <w:tcW w:w="693" w:type="dxa"/>
                </w:tcPr>
                <w:p w14:paraId="1DCACD0D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08292FE9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2F1FBC5C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6F89F08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19DD8CD1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636FE7B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693" w:type="dxa"/>
                </w:tcPr>
                <w:p w14:paraId="5718733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26</w:t>
                  </w:r>
                </w:p>
              </w:tc>
            </w:tr>
            <w:tr w:rsidR="006B4BA7" w14:paraId="2B7CB79A" w14:textId="77777777" w:rsidTr="00611125">
              <w:tc>
                <w:tcPr>
                  <w:tcW w:w="693" w:type="dxa"/>
                </w:tcPr>
                <w:p w14:paraId="60646BA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07826FC9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32073981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5A35C84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5C51316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693" w:type="dxa"/>
                </w:tcPr>
                <w:p w14:paraId="31E0D538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1960A3E8" w14:textId="77777777" w:rsidR="006B4BA7" w:rsidRDefault="006B4BA7">
                  <w:pPr>
                    <w:jc w:val="center"/>
                  </w:pPr>
                </w:p>
              </w:tc>
            </w:tr>
            <w:tr w:rsidR="006B4BA7" w14:paraId="752C4893" w14:textId="77777777" w:rsidTr="00611125">
              <w:tc>
                <w:tcPr>
                  <w:tcW w:w="693" w:type="dxa"/>
                </w:tcPr>
                <w:p w14:paraId="6A9C4AE3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08F1CC4C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3F372D51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42D24E9F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191F0D92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57584B6A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7152163E" w14:textId="77777777" w:rsidR="006B4BA7" w:rsidRDefault="006B4BA7">
                  <w:pPr>
                    <w:jc w:val="center"/>
                  </w:pPr>
                </w:p>
              </w:tc>
            </w:tr>
          </w:tbl>
          <w:p w14:paraId="3EE91993" w14:textId="77777777" w:rsidR="006B4BA7" w:rsidRDefault="006B4BA7"/>
        </w:tc>
        <w:tc>
          <w:tcPr>
            <w:tcW w:w="4992" w:type="dxa"/>
          </w:tcPr>
          <w:p w14:paraId="52C87943" w14:textId="77777777" w:rsidR="00611125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  <w:r w:rsidRPr="00186994">
              <w:rPr>
                <w:sz w:val="18"/>
                <w:szCs w:val="18"/>
              </w:rPr>
              <w:t>January 18</w:t>
            </w:r>
            <w:r w:rsidRPr="00186994">
              <w:rPr>
                <w:sz w:val="18"/>
                <w:szCs w:val="18"/>
                <w:vertAlign w:val="superscript"/>
              </w:rPr>
              <w:t>th</w:t>
            </w:r>
            <w:r w:rsidRPr="00186994">
              <w:rPr>
                <w:sz w:val="18"/>
                <w:szCs w:val="18"/>
              </w:rPr>
              <w:t xml:space="preserve"> – MLK Day/No School</w:t>
            </w:r>
          </w:p>
          <w:p w14:paraId="3AABC6BF" w14:textId="03B84289" w:rsidR="00611125" w:rsidRPr="00186994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January 15</w:t>
            </w:r>
            <w:r w:rsidRPr="00611125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– Quarter 2 Ends</w:t>
            </w:r>
          </w:p>
          <w:tbl>
            <w:tblPr>
              <w:tblStyle w:val="TableGrid"/>
              <w:tblW w:w="4851" w:type="dxa"/>
              <w:tblLayout w:type="fixed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693"/>
              <w:gridCol w:w="693"/>
              <w:gridCol w:w="693"/>
              <w:gridCol w:w="693"/>
            </w:tblGrid>
            <w:tr w:rsidR="006B4BA7" w14:paraId="634F8FE7" w14:textId="77777777" w:rsidTr="00611125">
              <w:tc>
                <w:tcPr>
                  <w:tcW w:w="4851" w:type="dxa"/>
                  <w:gridSpan w:val="7"/>
                </w:tcPr>
                <w:p w14:paraId="49DAA097" w14:textId="77777777" w:rsidR="006B4BA7" w:rsidRDefault="00000000">
                  <w:pPr>
                    <w:jc w:val="center"/>
                  </w:pPr>
                  <w:r>
                    <w:rPr>
                      <w:b/>
                    </w:rPr>
                    <w:t>January 2027</w:t>
                  </w:r>
                </w:p>
              </w:tc>
            </w:tr>
            <w:tr w:rsidR="006B4BA7" w14:paraId="0195660A" w14:textId="77777777" w:rsidTr="00611125">
              <w:tc>
                <w:tcPr>
                  <w:tcW w:w="693" w:type="dxa"/>
                </w:tcPr>
                <w:p w14:paraId="7E5082F5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  <w:tc>
                <w:tcPr>
                  <w:tcW w:w="693" w:type="dxa"/>
                </w:tcPr>
                <w:p w14:paraId="71BCDC60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M</w:t>
                  </w:r>
                </w:p>
              </w:tc>
              <w:tc>
                <w:tcPr>
                  <w:tcW w:w="693" w:type="dxa"/>
                </w:tcPr>
                <w:p w14:paraId="755F33F3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6058F2D4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W</w:t>
                  </w:r>
                </w:p>
              </w:tc>
              <w:tc>
                <w:tcPr>
                  <w:tcW w:w="693" w:type="dxa"/>
                </w:tcPr>
                <w:p w14:paraId="4F688B1A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78AD4759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F</w:t>
                  </w:r>
                </w:p>
              </w:tc>
              <w:tc>
                <w:tcPr>
                  <w:tcW w:w="693" w:type="dxa"/>
                </w:tcPr>
                <w:p w14:paraId="2A97188B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</w:tr>
            <w:tr w:rsidR="006B4BA7" w14:paraId="4B2F800B" w14:textId="77777777" w:rsidTr="00611125">
              <w:tc>
                <w:tcPr>
                  <w:tcW w:w="693" w:type="dxa"/>
                </w:tcPr>
                <w:p w14:paraId="5B78436E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2FBFBCD6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69BC35EE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746DE3A5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36C31845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  <w:shd w:val="clear" w:color="auto" w:fill="00B0F0"/>
                </w:tcPr>
                <w:p w14:paraId="7586D51F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693" w:type="dxa"/>
                </w:tcPr>
                <w:p w14:paraId="50AB001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6B4BA7" w14:paraId="4DF94EDF" w14:textId="77777777" w:rsidTr="00611125">
              <w:tc>
                <w:tcPr>
                  <w:tcW w:w="693" w:type="dxa"/>
                </w:tcPr>
                <w:p w14:paraId="7850125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32DC8679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11F94F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43A2ACBC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2C97C71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16B7D43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693" w:type="dxa"/>
                </w:tcPr>
                <w:p w14:paraId="255521A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9</w:t>
                  </w:r>
                </w:p>
              </w:tc>
            </w:tr>
            <w:tr w:rsidR="006B4BA7" w14:paraId="47150D84" w14:textId="77777777" w:rsidTr="00611125">
              <w:tc>
                <w:tcPr>
                  <w:tcW w:w="693" w:type="dxa"/>
                </w:tcPr>
                <w:p w14:paraId="7053B23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5E94684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143221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377F10DD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20B6BFBC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693" w:type="dxa"/>
                  <w:shd w:val="clear" w:color="auto" w:fill="D99594" w:themeFill="accent2" w:themeFillTint="99"/>
                </w:tcPr>
                <w:p w14:paraId="1DE653C9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693" w:type="dxa"/>
                </w:tcPr>
                <w:p w14:paraId="2828FA3F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16</w:t>
                  </w:r>
                </w:p>
              </w:tc>
            </w:tr>
            <w:tr w:rsidR="006B4BA7" w14:paraId="238E8C72" w14:textId="77777777" w:rsidTr="00611125">
              <w:tc>
                <w:tcPr>
                  <w:tcW w:w="693" w:type="dxa"/>
                </w:tcPr>
                <w:p w14:paraId="0DB45780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5A8D751B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FD28211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49D4D0A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455173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4F67970E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693" w:type="dxa"/>
                </w:tcPr>
                <w:p w14:paraId="541ACF46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23</w:t>
                  </w:r>
                </w:p>
              </w:tc>
            </w:tr>
            <w:tr w:rsidR="006B4BA7" w14:paraId="48CA2187" w14:textId="77777777" w:rsidTr="00611125">
              <w:tc>
                <w:tcPr>
                  <w:tcW w:w="693" w:type="dxa"/>
                </w:tcPr>
                <w:p w14:paraId="2EAEA6FD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D490CE0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67FECD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24AD59CF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295B171E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2692A73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693" w:type="dxa"/>
                </w:tcPr>
                <w:p w14:paraId="632620ED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30</w:t>
                  </w:r>
                </w:p>
              </w:tc>
            </w:tr>
            <w:tr w:rsidR="006B4BA7" w14:paraId="30245A68" w14:textId="77777777" w:rsidTr="00611125">
              <w:tc>
                <w:tcPr>
                  <w:tcW w:w="693" w:type="dxa"/>
                </w:tcPr>
                <w:p w14:paraId="0D75146F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693" w:type="dxa"/>
                </w:tcPr>
                <w:p w14:paraId="5F9D9860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3BEB819A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54D7CBE8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75B670C0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73105E0C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55F4EC91" w14:textId="77777777" w:rsidR="006B4BA7" w:rsidRDefault="006B4BA7">
                  <w:pPr>
                    <w:jc w:val="center"/>
                  </w:pPr>
                </w:p>
              </w:tc>
            </w:tr>
          </w:tbl>
          <w:p w14:paraId="7DAD188D" w14:textId="77777777" w:rsidR="006B4BA7" w:rsidRDefault="006B4BA7"/>
        </w:tc>
      </w:tr>
      <w:tr w:rsidR="006B4BA7" w14:paraId="3AC0B0F9" w14:textId="77777777">
        <w:trPr>
          <w:jc w:val="center"/>
        </w:trPr>
        <w:tc>
          <w:tcPr>
            <w:tcW w:w="4992" w:type="dxa"/>
          </w:tcPr>
          <w:p w14:paraId="65EF4904" w14:textId="5F18182E" w:rsidR="006B4BA7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  <w:r w:rsidRPr="00186994">
              <w:rPr>
                <w:sz w:val="18"/>
                <w:szCs w:val="18"/>
              </w:rPr>
              <w:t>February 22</w:t>
            </w:r>
            <w:r w:rsidRPr="00186994">
              <w:rPr>
                <w:sz w:val="18"/>
                <w:szCs w:val="18"/>
                <w:vertAlign w:val="superscript"/>
              </w:rPr>
              <w:t>nd</w:t>
            </w:r>
            <w:r w:rsidRPr="00186994">
              <w:rPr>
                <w:sz w:val="18"/>
                <w:szCs w:val="18"/>
              </w:rPr>
              <w:t>-26</w:t>
            </w:r>
            <w:r w:rsidRPr="00186994">
              <w:rPr>
                <w:sz w:val="18"/>
                <w:szCs w:val="18"/>
                <w:vertAlign w:val="superscript"/>
              </w:rPr>
              <w:t>th</w:t>
            </w:r>
            <w:r w:rsidRPr="00186994">
              <w:rPr>
                <w:sz w:val="18"/>
                <w:szCs w:val="18"/>
              </w:rPr>
              <w:t xml:space="preserve"> – Winter Vacation</w:t>
            </w:r>
          </w:p>
          <w:p w14:paraId="3E946952" w14:textId="77777777" w:rsidR="00611125" w:rsidRPr="00611125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693"/>
              <w:gridCol w:w="693"/>
              <w:gridCol w:w="693"/>
              <w:gridCol w:w="693"/>
            </w:tblGrid>
            <w:tr w:rsidR="006B4BA7" w14:paraId="1AD7389F" w14:textId="77777777">
              <w:tc>
                <w:tcPr>
                  <w:tcW w:w="4851" w:type="dxa"/>
                  <w:gridSpan w:val="7"/>
                </w:tcPr>
                <w:p w14:paraId="27D1131E" w14:textId="77777777" w:rsidR="006B4BA7" w:rsidRDefault="00000000">
                  <w:pPr>
                    <w:jc w:val="center"/>
                  </w:pPr>
                  <w:r>
                    <w:rPr>
                      <w:b/>
                    </w:rPr>
                    <w:t>February 2027</w:t>
                  </w:r>
                </w:p>
              </w:tc>
            </w:tr>
            <w:tr w:rsidR="006B4BA7" w14:paraId="6E6D0B7E" w14:textId="77777777">
              <w:tc>
                <w:tcPr>
                  <w:tcW w:w="693" w:type="dxa"/>
                </w:tcPr>
                <w:p w14:paraId="4DA3F39E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  <w:tc>
                <w:tcPr>
                  <w:tcW w:w="693" w:type="dxa"/>
                </w:tcPr>
                <w:p w14:paraId="25C5D5A8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M</w:t>
                  </w:r>
                </w:p>
              </w:tc>
              <w:tc>
                <w:tcPr>
                  <w:tcW w:w="693" w:type="dxa"/>
                </w:tcPr>
                <w:p w14:paraId="31A25F08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3D2476F2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W</w:t>
                  </w:r>
                </w:p>
              </w:tc>
              <w:tc>
                <w:tcPr>
                  <w:tcW w:w="693" w:type="dxa"/>
                </w:tcPr>
                <w:p w14:paraId="3AF3EEDE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3B1F8308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F</w:t>
                  </w:r>
                </w:p>
              </w:tc>
              <w:tc>
                <w:tcPr>
                  <w:tcW w:w="693" w:type="dxa"/>
                </w:tcPr>
                <w:p w14:paraId="42F28F37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</w:tr>
            <w:tr w:rsidR="006B4BA7" w14:paraId="691A96D4" w14:textId="77777777" w:rsidTr="00B54591">
              <w:tc>
                <w:tcPr>
                  <w:tcW w:w="693" w:type="dxa"/>
                </w:tcPr>
                <w:p w14:paraId="685ECACB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  <w:shd w:val="clear" w:color="auto" w:fill="FFFF00"/>
                </w:tcPr>
                <w:p w14:paraId="1796CED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F8A336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43E29E5B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67E1DBC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EB94F8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693" w:type="dxa"/>
                </w:tcPr>
                <w:p w14:paraId="062C35D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6</w:t>
                  </w:r>
                </w:p>
              </w:tc>
            </w:tr>
            <w:tr w:rsidR="006B4BA7" w14:paraId="1DEE7FBD" w14:textId="77777777" w:rsidTr="00B54591">
              <w:tc>
                <w:tcPr>
                  <w:tcW w:w="693" w:type="dxa"/>
                </w:tcPr>
                <w:p w14:paraId="3C192A6B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2C7D17D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607C20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2AB989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C09404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9F3CDD1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693" w:type="dxa"/>
                </w:tcPr>
                <w:p w14:paraId="792BBC94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13</w:t>
                  </w:r>
                </w:p>
              </w:tc>
            </w:tr>
            <w:tr w:rsidR="006B4BA7" w14:paraId="295E41B8" w14:textId="77777777" w:rsidTr="00B54591">
              <w:tc>
                <w:tcPr>
                  <w:tcW w:w="693" w:type="dxa"/>
                </w:tcPr>
                <w:p w14:paraId="61A746CE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6954422C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607B7D0E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C79719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A071F6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E4C3D6E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693" w:type="dxa"/>
                </w:tcPr>
                <w:p w14:paraId="2DDD99B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6B4BA7" w14:paraId="14A605BA" w14:textId="77777777" w:rsidTr="00075452">
              <w:tc>
                <w:tcPr>
                  <w:tcW w:w="693" w:type="dxa"/>
                </w:tcPr>
                <w:p w14:paraId="200BF39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058C566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73DB548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4046B834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741571C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75BB367C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693" w:type="dxa"/>
                </w:tcPr>
                <w:p w14:paraId="2A2626A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27</w:t>
                  </w:r>
                </w:p>
              </w:tc>
            </w:tr>
            <w:tr w:rsidR="006B4BA7" w14:paraId="59963F1A" w14:textId="77777777">
              <w:tc>
                <w:tcPr>
                  <w:tcW w:w="693" w:type="dxa"/>
                </w:tcPr>
                <w:p w14:paraId="40366C5D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693" w:type="dxa"/>
                </w:tcPr>
                <w:p w14:paraId="02E803AE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19E1E029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09615659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763A4974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3520DF07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4918DAFF" w14:textId="77777777" w:rsidR="006B4BA7" w:rsidRDefault="006B4BA7">
                  <w:pPr>
                    <w:jc w:val="center"/>
                  </w:pPr>
                </w:p>
              </w:tc>
            </w:tr>
            <w:tr w:rsidR="006B4BA7" w14:paraId="27B71E40" w14:textId="77777777">
              <w:tc>
                <w:tcPr>
                  <w:tcW w:w="693" w:type="dxa"/>
                </w:tcPr>
                <w:p w14:paraId="73FFB9CF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34883396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682FBEDB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0AB9CEB3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153B552A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203EDF36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2705E1E0" w14:textId="77777777" w:rsidR="006B4BA7" w:rsidRDefault="006B4BA7">
                  <w:pPr>
                    <w:jc w:val="center"/>
                  </w:pPr>
                </w:p>
              </w:tc>
            </w:tr>
          </w:tbl>
          <w:p w14:paraId="371048DB" w14:textId="77777777" w:rsidR="006B4BA7" w:rsidRDefault="006B4BA7"/>
        </w:tc>
        <w:tc>
          <w:tcPr>
            <w:tcW w:w="4992" w:type="dxa"/>
          </w:tcPr>
          <w:p w14:paraId="06C7B79A" w14:textId="60F04650" w:rsidR="006B4BA7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March 19</w:t>
            </w:r>
            <w:r w:rsidRPr="00611125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</w:t>
            </w:r>
            <w:r w:rsidRPr="00186994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 xml:space="preserve">Teacher </w:t>
            </w:r>
            <w:proofErr w:type="gramStart"/>
            <w:r>
              <w:rPr>
                <w:sz w:val="18"/>
                <w:szCs w:val="18"/>
              </w:rPr>
              <w:t>Work Day</w:t>
            </w:r>
            <w:proofErr w:type="gramEnd"/>
          </w:p>
          <w:p w14:paraId="5DBE3E8B" w14:textId="77777777" w:rsidR="00611125" w:rsidRPr="00611125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693"/>
              <w:gridCol w:w="693"/>
              <w:gridCol w:w="693"/>
              <w:gridCol w:w="693"/>
            </w:tblGrid>
            <w:tr w:rsidR="006B4BA7" w14:paraId="16DA6087" w14:textId="77777777">
              <w:tc>
                <w:tcPr>
                  <w:tcW w:w="4851" w:type="dxa"/>
                  <w:gridSpan w:val="7"/>
                </w:tcPr>
                <w:p w14:paraId="36DB51B5" w14:textId="77777777" w:rsidR="006B4BA7" w:rsidRDefault="00000000">
                  <w:pPr>
                    <w:jc w:val="center"/>
                  </w:pPr>
                  <w:r>
                    <w:rPr>
                      <w:b/>
                    </w:rPr>
                    <w:t>March 2027</w:t>
                  </w:r>
                </w:p>
              </w:tc>
            </w:tr>
            <w:tr w:rsidR="006B4BA7" w14:paraId="5FAF3E48" w14:textId="77777777">
              <w:tc>
                <w:tcPr>
                  <w:tcW w:w="693" w:type="dxa"/>
                </w:tcPr>
                <w:p w14:paraId="52B5D15D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  <w:tc>
                <w:tcPr>
                  <w:tcW w:w="693" w:type="dxa"/>
                </w:tcPr>
                <w:p w14:paraId="242DD113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M</w:t>
                  </w:r>
                </w:p>
              </w:tc>
              <w:tc>
                <w:tcPr>
                  <w:tcW w:w="693" w:type="dxa"/>
                </w:tcPr>
                <w:p w14:paraId="0CBA9C26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6E0513E7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W</w:t>
                  </w:r>
                </w:p>
              </w:tc>
              <w:tc>
                <w:tcPr>
                  <w:tcW w:w="693" w:type="dxa"/>
                </w:tcPr>
                <w:p w14:paraId="53D9644D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55E9C0A7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F</w:t>
                  </w:r>
                </w:p>
              </w:tc>
              <w:tc>
                <w:tcPr>
                  <w:tcW w:w="693" w:type="dxa"/>
                </w:tcPr>
                <w:p w14:paraId="0390A8FA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</w:tr>
            <w:tr w:rsidR="006B4BA7" w14:paraId="34B1F9CE" w14:textId="77777777" w:rsidTr="00B54591">
              <w:tc>
                <w:tcPr>
                  <w:tcW w:w="693" w:type="dxa"/>
                </w:tcPr>
                <w:p w14:paraId="60F54A96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  <w:shd w:val="clear" w:color="auto" w:fill="FFFF00"/>
                </w:tcPr>
                <w:p w14:paraId="3D3B550D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283AB78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6F9F8DC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70F266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B40CA8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693" w:type="dxa"/>
                </w:tcPr>
                <w:p w14:paraId="7FA6951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6</w:t>
                  </w:r>
                </w:p>
              </w:tc>
            </w:tr>
            <w:tr w:rsidR="006B4BA7" w14:paraId="56F593AF" w14:textId="77777777" w:rsidTr="00B54591">
              <w:tc>
                <w:tcPr>
                  <w:tcW w:w="693" w:type="dxa"/>
                </w:tcPr>
                <w:p w14:paraId="2AC9301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346136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32625F3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2EB4E79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182E36C0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3FF71F7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693" w:type="dxa"/>
                </w:tcPr>
                <w:p w14:paraId="067F2686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13</w:t>
                  </w:r>
                </w:p>
              </w:tc>
            </w:tr>
            <w:tr w:rsidR="006B4BA7" w14:paraId="3D1E5441" w14:textId="77777777" w:rsidTr="00611125">
              <w:tc>
                <w:tcPr>
                  <w:tcW w:w="693" w:type="dxa"/>
                </w:tcPr>
                <w:p w14:paraId="262F7279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54753E4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1C6A13B1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2C823A2E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1AFEB820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693" w:type="dxa"/>
                  <w:shd w:val="clear" w:color="auto" w:fill="B2A1C7" w:themeFill="accent4" w:themeFillTint="99"/>
                </w:tcPr>
                <w:p w14:paraId="38EA6D0E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693" w:type="dxa"/>
                </w:tcPr>
                <w:p w14:paraId="14668C3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6B4BA7" w14:paraId="3EECDB10" w14:textId="77777777" w:rsidTr="00611125">
              <w:tc>
                <w:tcPr>
                  <w:tcW w:w="693" w:type="dxa"/>
                </w:tcPr>
                <w:p w14:paraId="4F930A8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707600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0FC43A9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8BC970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5FB4301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43467E9D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693" w:type="dxa"/>
                </w:tcPr>
                <w:p w14:paraId="0274339E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27</w:t>
                  </w:r>
                </w:p>
              </w:tc>
            </w:tr>
            <w:tr w:rsidR="006B4BA7" w14:paraId="7562884A" w14:textId="77777777" w:rsidTr="00B54591">
              <w:tc>
                <w:tcPr>
                  <w:tcW w:w="693" w:type="dxa"/>
                </w:tcPr>
                <w:p w14:paraId="1F9CC42B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C1E577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130DA89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E09DCE9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693" w:type="dxa"/>
                </w:tcPr>
                <w:p w14:paraId="2B6C9CA1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00C198FF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1E170D36" w14:textId="77777777" w:rsidR="006B4BA7" w:rsidRDefault="006B4BA7">
                  <w:pPr>
                    <w:jc w:val="center"/>
                  </w:pPr>
                </w:p>
              </w:tc>
            </w:tr>
            <w:tr w:rsidR="006B4BA7" w14:paraId="0BDB3C2D" w14:textId="77777777">
              <w:tc>
                <w:tcPr>
                  <w:tcW w:w="693" w:type="dxa"/>
                </w:tcPr>
                <w:p w14:paraId="601362A6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62BC61C7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70000993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4C7C3706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5457CD4D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476BE0EF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10A10220" w14:textId="77777777" w:rsidR="006B4BA7" w:rsidRDefault="006B4BA7">
                  <w:pPr>
                    <w:jc w:val="center"/>
                  </w:pPr>
                </w:p>
              </w:tc>
            </w:tr>
          </w:tbl>
          <w:p w14:paraId="74A046D0" w14:textId="77777777" w:rsidR="006B4BA7" w:rsidRDefault="006B4BA7"/>
        </w:tc>
        <w:tc>
          <w:tcPr>
            <w:tcW w:w="4992" w:type="dxa"/>
          </w:tcPr>
          <w:p w14:paraId="4310D58B" w14:textId="1718502C" w:rsidR="00611125" w:rsidRPr="00186994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April 2</w:t>
            </w:r>
            <w:r w:rsidRPr="00611125">
              <w:rPr>
                <w:sz w:val="18"/>
                <w:szCs w:val="18"/>
                <w:vertAlign w:val="superscript"/>
              </w:rPr>
              <w:t>nd</w:t>
            </w:r>
            <w:r>
              <w:rPr>
                <w:sz w:val="18"/>
                <w:szCs w:val="18"/>
              </w:rPr>
              <w:t xml:space="preserve"> </w:t>
            </w:r>
            <w:r w:rsidRPr="00186994">
              <w:rPr>
                <w:sz w:val="18"/>
                <w:szCs w:val="18"/>
              </w:rPr>
              <w:t xml:space="preserve">– </w:t>
            </w:r>
            <w:r>
              <w:rPr>
                <w:sz w:val="18"/>
                <w:szCs w:val="18"/>
              </w:rPr>
              <w:t>Quarter 3 Ends</w:t>
            </w:r>
          </w:p>
          <w:p w14:paraId="615C44A8" w14:textId="1A415736" w:rsidR="00611125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  <w:r w:rsidRPr="00186994">
              <w:rPr>
                <w:sz w:val="18"/>
                <w:szCs w:val="18"/>
              </w:rPr>
              <w:t>April 19</w:t>
            </w:r>
            <w:r w:rsidRPr="00186994">
              <w:rPr>
                <w:sz w:val="18"/>
                <w:szCs w:val="18"/>
                <w:vertAlign w:val="superscript"/>
              </w:rPr>
              <w:t>th</w:t>
            </w:r>
            <w:r w:rsidRPr="00186994">
              <w:rPr>
                <w:sz w:val="18"/>
                <w:szCs w:val="18"/>
              </w:rPr>
              <w:t>-23</w:t>
            </w:r>
            <w:r w:rsidRPr="00186994">
              <w:rPr>
                <w:sz w:val="18"/>
                <w:szCs w:val="18"/>
                <w:vertAlign w:val="superscript"/>
              </w:rPr>
              <w:t>rd</w:t>
            </w:r>
            <w:r w:rsidRPr="00186994">
              <w:rPr>
                <w:sz w:val="18"/>
                <w:szCs w:val="18"/>
              </w:rPr>
              <w:t xml:space="preserve"> – Spring Vacation</w:t>
            </w:r>
          </w:p>
          <w:p w14:paraId="6C6E4DB4" w14:textId="77777777" w:rsidR="00611125" w:rsidRPr="00186994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</w:p>
          <w:tbl>
            <w:tblPr>
              <w:tblStyle w:val="TableGrid"/>
              <w:tblW w:w="4851" w:type="dxa"/>
              <w:tblLayout w:type="fixed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693"/>
              <w:gridCol w:w="693"/>
              <w:gridCol w:w="693"/>
              <w:gridCol w:w="693"/>
            </w:tblGrid>
            <w:tr w:rsidR="006B4BA7" w14:paraId="324FA0CC" w14:textId="77777777" w:rsidTr="00611125">
              <w:tc>
                <w:tcPr>
                  <w:tcW w:w="4851" w:type="dxa"/>
                  <w:gridSpan w:val="7"/>
                </w:tcPr>
                <w:p w14:paraId="25B88193" w14:textId="77777777" w:rsidR="006B4BA7" w:rsidRDefault="00000000">
                  <w:pPr>
                    <w:jc w:val="center"/>
                  </w:pPr>
                  <w:r>
                    <w:rPr>
                      <w:b/>
                    </w:rPr>
                    <w:t>April 2027</w:t>
                  </w:r>
                </w:p>
              </w:tc>
            </w:tr>
            <w:tr w:rsidR="006B4BA7" w14:paraId="19A6F2DF" w14:textId="77777777" w:rsidTr="00611125">
              <w:tc>
                <w:tcPr>
                  <w:tcW w:w="693" w:type="dxa"/>
                </w:tcPr>
                <w:p w14:paraId="33D87505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  <w:tc>
                <w:tcPr>
                  <w:tcW w:w="693" w:type="dxa"/>
                </w:tcPr>
                <w:p w14:paraId="120E2287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M</w:t>
                  </w:r>
                </w:p>
              </w:tc>
              <w:tc>
                <w:tcPr>
                  <w:tcW w:w="693" w:type="dxa"/>
                </w:tcPr>
                <w:p w14:paraId="434F4320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52CEF14D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W</w:t>
                  </w:r>
                </w:p>
              </w:tc>
              <w:tc>
                <w:tcPr>
                  <w:tcW w:w="693" w:type="dxa"/>
                </w:tcPr>
                <w:p w14:paraId="680BE62B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2B89FF9A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F</w:t>
                  </w:r>
                </w:p>
              </w:tc>
              <w:tc>
                <w:tcPr>
                  <w:tcW w:w="693" w:type="dxa"/>
                </w:tcPr>
                <w:p w14:paraId="681F73B6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</w:tr>
            <w:tr w:rsidR="006B4BA7" w14:paraId="7AC0766F" w14:textId="77777777" w:rsidTr="00611125">
              <w:tc>
                <w:tcPr>
                  <w:tcW w:w="693" w:type="dxa"/>
                </w:tcPr>
                <w:p w14:paraId="34C0221D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49E988DA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1F33F6A1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27893364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  <w:shd w:val="clear" w:color="auto" w:fill="FFFF00"/>
                </w:tcPr>
                <w:p w14:paraId="55853FF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693" w:type="dxa"/>
                  <w:shd w:val="clear" w:color="auto" w:fill="D99594" w:themeFill="accent2" w:themeFillTint="99"/>
                </w:tcPr>
                <w:p w14:paraId="73F2FEB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693" w:type="dxa"/>
                </w:tcPr>
                <w:p w14:paraId="4C23214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6B4BA7" w14:paraId="6AB9D016" w14:textId="77777777" w:rsidTr="00611125">
              <w:tc>
                <w:tcPr>
                  <w:tcW w:w="693" w:type="dxa"/>
                </w:tcPr>
                <w:p w14:paraId="448C71C4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AF5465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E98652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76D5214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7F272A1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B24482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693" w:type="dxa"/>
                </w:tcPr>
                <w:p w14:paraId="39F0ECD1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10</w:t>
                  </w:r>
                </w:p>
              </w:tc>
            </w:tr>
            <w:tr w:rsidR="006B4BA7" w14:paraId="61E5AFBB" w14:textId="77777777" w:rsidTr="00611125">
              <w:tc>
                <w:tcPr>
                  <w:tcW w:w="693" w:type="dxa"/>
                </w:tcPr>
                <w:p w14:paraId="7570C4BD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238845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4D38E26E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1A5368FD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CEF5FEB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63F8214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693" w:type="dxa"/>
                </w:tcPr>
                <w:p w14:paraId="5D6E0C96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17</w:t>
                  </w:r>
                </w:p>
              </w:tc>
            </w:tr>
            <w:tr w:rsidR="006B4BA7" w14:paraId="7E790747" w14:textId="77777777" w:rsidTr="00611125">
              <w:tc>
                <w:tcPr>
                  <w:tcW w:w="693" w:type="dxa"/>
                </w:tcPr>
                <w:p w14:paraId="43937F96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0C92717E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691893A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6EE4BC2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5812887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5A094F76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693" w:type="dxa"/>
                </w:tcPr>
                <w:p w14:paraId="323A37BC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24</w:t>
                  </w:r>
                </w:p>
              </w:tc>
            </w:tr>
            <w:tr w:rsidR="006B4BA7" w14:paraId="0452EF11" w14:textId="77777777" w:rsidTr="00611125">
              <w:tc>
                <w:tcPr>
                  <w:tcW w:w="693" w:type="dxa"/>
                </w:tcPr>
                <w:p w14:paraId="041922C9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5358336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9B849E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2DF84D8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29C324D0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3E68013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693" w:type="dxa"/>
                </w:tcPr>
                <w:p w14:paraId="3702DFDD" w14:textId="77777777" w:rsidR="006B4BA7" w:rsidRDefault="006B4BA7">
                  <w:pPr>
                    <w:jc w:val="center"/>
                  </w:pPr>
                </w:p>
              </w:tc>
            </w:tr>
            <w:tr w:rsidR="006B4BA7" w14:paraId="05D12E1A" w14:textId="77777777" w:rsidTr="00611125">
              <w:tc>
                <w:tcPr>
                  <w:tcW w:w="693" w:type="dxa"/>
                </w:tcPr>
                <w:p w14:paraId="7CAA011D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20F9C09B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285EB295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53F5C16A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1609DDB2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138AB582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4B61E669" w14:textId="77777777" w:rsidR="006B4BA7" w:rsidRDefault="006B4BA7">
                  <w:pPr>
                    <w:jc w:val="center"/>
                  </w:pPr>
                </w:p>
              </w:tc>
            </w:tr>
          </w:tbl>
          <w:p w14:paraId="44E25AC2" w14:textId="77777777" w:rsidR="006B4BA7" w:rsidRDefault="006B4BA7"/>
        </w:tc>
      </w:tr>
      <w:tr w:rsidR="006B4BA7" w14:paraId="1738A18C" w14:textId="77777777">
        <w:trPr>
          <w:jc w:val="center"/>
        </w:trPr>
        <w:tc>
          <w:tcPr>
            <w:tcW w:w="4992" w:type="dxa"/>
          </w:tcPr>
          <w:p w14:paraId="527B5996" w14:textId="77777777" w:rsidR="00611125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  <w:r w:rsidRPr="00186994">
              <w:rPr>
                <w:sz w:val="18"/>
                <w:szCs w:val="18"/>
              </w:rPr>
              <w:t>May 31</w:t>
            </w:r>
            <w:r w:rsidRPr="00186994">
              <w:rPr>
                <w:sz w:val="18"/>
                <w:szCs w:val="18"/>
                <w:vertAlign w:val="superscript"/>
              </w:rPr>
              <w:t>st</w:t>
            </w:r>
            <w:r w:rsidRPr="00186994">
              <w:rPr>
                <w:sz w:val="18"/>
                <w:szCs w:val="18"/>
              </w:rPr>
              <w:t xml:space="preserve"> – Memorial Day/No School</w:t>
            </w:r>
          </w:p>
          <w:p w14:paraId="268E7D28" w14:textId="77777777" w:rsidR="00611125" w:rsidRPr="00186994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</w:p>
          <w:tbl>
            <w:tblPr>
              <w:tblStyle w:val="TableGrid"/>
              <w:tblW w:w="4851" w:type="dxa"/>
              <w:tblLayout w:type="fixed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693"/>
              <w:gridCol w:w="693"/>
              <w:gridCol w:w="693"/>
              <w:gridCol w:w="693"/>
            </w:tblGrid>
            <w:tr w:rsidR="006B4BA7" w14:paraId="759C9DAB" w14:textId="77777777" w:rsidTr="00611125">
              <w:tc>
                <w:tcPr>
                  <w:tcW w:w="4851" w:type="dxa"/>
                  <w:gridSpan w:val="7"/>
                </w:tcPr>
                <w:p w14:paraId="21DEA640" w14:textId="77777777" w:rsidR="006B4BA7" w:rsidRDefault="00000000">
                  <w:pPr>
                    <w:jc w:val="center"/>
                  </w:pPr>
                  <w:r>
                    <w:rPr>
                      <w:b/>
                    </w:rPr>
                    <w:t>May 2027</w:t>
                  </w:r>
                </w:p>
              </w:tc>
            </w:tr>
            <w:tr w:rsidR="006B4BA7" w14:paraId="704D5042" w14:textId="77777777" w:rsidTr="00611125">
              <w:tc>
                <w:tcPr>
                  <w:tcW w:w="693" w:type="dxa"/>
                </w:tcPr>
                <w:p w14:paraId="1459A0B6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  <w:tc>
                <w:tcPr>
                  <w:tcW w:w="693" w:type="dxa"/>
                </w:tcPr>
                <w:p w14:paraId="4D7715B2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M</w:t>
                  </w:r>
                </w:p>
              </w:tc>
              <w:tc>
                <w:tcPr>
                  <w:tcW w:w="693" w:type="dxa"/>
                </w:tcPr>
                <w:p w14:paraId="6C88349D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40575AE7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W</w:t>
                  </w:r>
                </w:p>
              </w:tc>
              <w:tc>
                <w:tcPr>
                  <w:tcW w:w="693" w:type="dxa"/>
                </w:tcPr>
                <w:p w14:paraId="72473119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30337C7A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F</w:t>
                  </w:r>
                </w:p>
              </w:tc>
              <w:tc>
                <w:tcPr>
                  <w:tcW w:w="693" w:type="dxa"/>
                </w:tcPr>
                <w:p w14:paraId="423B197B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</w:tr>
            <w:tr w:rsidR="006B4BA7" w14:paraId="360B83A3" w14:textId="77777777" w:rsidTr="00611125">
              <w:tc>
                <w:tcPr>
                  <w:tcW w:w="693" w:type="dxa"/>
                </w:tcPr>
                <w:p w14:paraId="610CE63E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46E9B283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0E722B34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4CF014AD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3155FFD3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4B44065C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0BB4E6EB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  <w:tr w:rsidR="006B4BA7" w14:paraId="4E97CC95" w14:textId="77777777" w:rsidTr="00611125">
              <w:tc>
                <w:tcPr>
                  <w:tcW w:w="693" w:type="dxa"/>
                </w:tcPr>
                <w:p w14:paraId="72C5DBE1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2B91348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C983D1C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76D4BDC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37043E51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38D78BF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693" w:type="dxa"/>
                </w:tcPr>
                <w:p w14:paraId="40210A60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8</w:t>
                  </w:r>
                </w:p>
              </w:tc>
            </w:tr>
            <w:tr w:rsidR="006B4BA7" w14:paraId="0E460298" w14:textId="77777777" w:rsidTr="00611125">
              <w:tc>
                <w:tcPr>
                  <w:tcW w:w="693" w:type="dxa"/>
                </w:tcPr>
                <w:p w14:paraId="3090437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29786C0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BD4BC1C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B412BCD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E3A4911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6D11D2BC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693" w:type="dxa"/>
                </w:tcPr>
                <w:p w14:paraId="5FCE7406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15</w:t>
                  </w:r>
                </w:p>
              </w:tc>
            </w:tr>
            <w:tr w:rsidR="006B4BA7" w14:paraId="71BB7503" w14:textId="77777777" w:rsidTr="00611125">
              <w:tc>
                <w:tcPr>
                  <w:tcW w:w="693" w:type="dxa"/>
                </w:tcPr>
                <w:p w14:paraId="2EDE30B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1D000931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256D6A6E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198B854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AE45B7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5959BE6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693" w:type="dxa"/>
                </w:tcPr>
                <w:p w14:paraId="078AC530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6B4BA7" w14:paraId="050713C3" w14:textId="77777777" w:rsidTr="00611125">
              <w:tc>
                <w:tcPr>
                  <w:tcW w:w="693" w:type="dxa"/>
                </w:tcPr>
                <w:p w14:paraId="3F84E53B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685AED0F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345567C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1613741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0359742C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19CA6FFD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693" w:type="dxa"/>
                </w:tcPr>
                <w:p w14:paraId="0636F2A3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29</w:t>
                  </w:r>
                </w:p>
              </w:tc>
            </w:tr>
            <w:tr w:rsidR="006B4BA7" w14:paraId="320542DA" w14:textId="77777777" w:rsidTr="00611125">
              <w:tc>
                <w:tcPr>
                  <w:tcW w:w="693" w:type="dxa"/>
                </w:tcPr>
                <w:p w14:paraId="7B8DCA5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693" w:type="dxa"/>
                  <w:shd w:val="clear" w:color="auto" w:fill="00B0F0"/>
                </w:tcPr>
                <w:p w14:paraId="0997AB9F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693" w:type="dxa"/>
                </w:tcPr>
                <w:p w14:paraId="1A9FA1BF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790CCB97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7AEB4A53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2F8F56B4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28FDF74E" w14:textId="77777777" w:rsidR="006B4BA7" w:rsidRDefault="006B4BA7">
                  <w:pPr>
                    <w:jc w:val="center"/>
                  </w:pPr>
                </w:p>
              </w:tc>
            </w:tr>
          </w:tbl>
          <w:p w14:paraId="0EE28508" w14:textId="77777777" w:rsidR="006B4BA7" w:rsidRDefault="006B4BA7"/>
        </w:tc>
        <w:tc>
          <w:tcPr>
            <w:tcW w:w="4992" w:type="dxa"/>
          </w:tcPr>
          <w:p w14:paraId="23164399" w14:textId="575352B2" w:rsidR="006B4BA7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  <w:r w:rsidRPr="00186994">
              <w:rPr>
                <w:sz w:val="18"/>
                <w:szCs w:val="18"/>
              </w:rPr>
              <w:t>June 11</w:t>
            </w:r>
            <w:r w:rsidRPr="00186994">
              <w:rPr>
                <w:sz w:val="18"/>
                <w:szCs w:val="18"/>
                <w:vertAlign w:val="superscript"/>
              </w:rPr>
              <w:t>th</w:t>
            </w:r>
            <w:r w:rsidRPr="00186994">
              <w:rPr>
                <w:sz w:val="18"/>
                <w:szCs w:val="18"/>
              </w:rPr>
              <w:t xml:space="preserve"> – Last Day of School &amp; Graduation</w:t>
            </w:r>
          </w:p>
          <w:p w14:paraId="63014B88" w14:textId="43BB839D" w:rsidR="00611125" w:rsidRPr="00611125" w:rsidRDefault="00611125" w:rsidP="00611125">
            <w:pPr>
              <w:spacing w:after="0" w:line="240" w:lineRule="auto"/>
              <w:rPr>
                <w:sz w:val="18"/>
                <w:szCs w:val="18"/>
              </w:rPr>
            </w:pPr>
            <w:r w:rsidRPr="00186994">
              <w:rPr>
                <w:sz w:val="18"/>
                <w:szCs w:val="18"/>
              </w:rPr>
              <w:t>June 15</w:t>
            </w:r>
            <w:r w:rsidRPr="00186994">
              <w:rPr>
                <w:sz w:val="18"/>
                <w:szCs w:val="18"/>
                <w:vertAlign w:val="superscript"/>
              </w:rPr>
              <w:t>th</w:t>
            </w:r>
            <w:r w:rsidRPr="00186994">
              <w:rPr>
                <w:sz w:val="18"/>
                <w:szCs w:val="18"/>
              </w:rPr>
              <w:t xml:space="preserve"> – Last Teacher Day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3"/>
              <w:gridCol w:w="693"/>
              <w:gridCol w:w="693"/>
              <w:gridCol w:w="693"/>
              <w:gridCol w:w="693"/>
              <w:gridCol w:w="693"/>
              <w:gridCol w:w="693"/>
            </w:tblGrid>
            <w:tr w:rsidR="006B4BA7" w14:paraId="3C1CCEFF" w14:textId="77777777">
              <w:tc>
                <w:tcPr>
                  <w:tcW w:w="4851" w:type="dxa"/>
                  <w:gridSpan w:val="7"/>
                </w:tcPr>
                <w:p w14:paraId="282C0732" w14:textId="77777777" w:rsidR="006B4BA7" w:rsidRDefault="00000000">
                  <w:pPr>
                    <w:jc w:val="center"/>
                  </w:pPr>
                  <w:r>
                    <w:rPr>
                      <w:b/>
                    </w:rPr>
                    <w:t>June 2027</w:t>
                  </w:r>
                </w:p>
              </w:tc>
            </w:tr>
            <w:tr w:rsidR="006B4BA7" w14:paraId="3D33B409" w14:textId="77777777">
              <w:tc>
                <w:tcPr>
                  <w:tcW w:w="693" w:type="dxa"/>
                </w:tcPr>
                <w:p w14:paraId="383DF191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  <w:tc>
                <w:tcPr>
                  <w:tcW w:w="693" w:type="dxa"/>
                </w:tcPr>
                <w:p w14:paraId="3B6914DA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M</w:t>
                  </w:r>
                </w:p>
              </w:tc>
              <w:tc>
                <w:tcPr>
                  <w:tcW w:w="693" w:type="dxa"/>
                </w:tcPr>
                <w:p w14:paraId="4951CC7B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621E69FE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W</w:t>
                  </w:r>
                </w:p>
              </w:tc>
              <w:tc>
                <w:tcPr>
                  <w:tcW w:w="693" w:type="dxa"/>
                </w:tcPr>
                <w:p w14:paraId="43D510E9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693" w:type="dxa"/>
                </w:tcPr>
                <w:p w14:paraId="5FF69A1A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F</w:t>
                  </w:r>
                </w:p>
              </w:tc>
              <w:tc>
                <w:tcPr>
                  <w:tcW w:w="693" w:type="dxa"/>
                </w:tcPr>
                <w:p w14:paraId="1282C106" w14:textId="77777777" w:rsidR="006B4BA7" w:rsidRDefault="00000000">
                  <w:pPr>
                    <w:jc w:val="center"/>
                  </w:pPr>
                  <w:r>
                    <w:rPr>
                      <w:b/>
                      <w:sz w:val="20"/>
                    </w:rPr>
                    <w:t>S</w:t>
                  </w:r>
                </w:p>
              </w:tc>
            </w:tr>
            <w:tr w:rsidR="006B4BA7" w14:paraId="1162F929" w14:textId="77777777" w:rsidTr="00B54591">
              <w:tc>
                <w:tcPr>
                  <w:tcW w:w="693" w:type="dxa"/>
                </w:tcPr>
                <w:p w14:paraId="038E813C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0D00849C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  <w:shd w:val="clear" w:color="auto" w:fill="FFFF00"/>
                </w:tcPr>
                <w:p w14:paraId="67EC15C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670C93F0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689448CF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1BBA1940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693" w:type="dxa"/>
                </w:tcPr>
                <w:p w14:paraId="4D675CE1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5</w:t>
                  </w:r>
                </w:p>
              </w:tc>
            </w:tr>
            <w:tr w:rsidR="006B4BA7" w14:paraId="48929252" w14:textId="77777777" w:rsidTr="00186994">
              <w:tc>
                <w:tcPr>
                  <w:tcW w:w="693" w:type="dxa"/>
                </w:tcPr>
                <w:p w14:paraId="1CFD501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3CF5828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319D5387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7B9A3DC0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693" w:type="dxa"/>
                  <w:shd w:val="clear" w:color="auto" w:fill="FFFF00"/>
                </w:tcPr>
                <w:p w14:paraId="673FFB8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693" w:type="dxa"/>
                  <w:shd w:val="clear" w:color="auto" w:fill="92D050"/>
                </w:tcPr>
                <w:p w14:paraId="1CA1C2A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693" w:type="dxa"/>
                </w:tcPr>
                <w:p w14:paraId="04B5ABF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12</w:t>
                  </w:r>
                </w:p>
              </w:tc>
            </w:tr>
            <w:tr w:rsidR="006B4BA7" w14:paraId="21C7EF13" w14:textId="77777777" w:rsidTr="00186994">
              <w:tc>
                <w:tcPr>
                  <w:tcW w:w="693" w:type="dxa"/>
                </w:tcPr>
                <w:p w14:paraId="3A04361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693" w:type="dxa"/>
                  <w:shd w:val="clear" w:color="auto" w:fill="B2A1C7" w:themeFill="accent4" w:themeFillTint="99"/>
                </w:tcPr>
                <w:p w14:paraId="4E9C1C8C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693" w:type="dxa"/>
                  <w:shd w:val="clear" w:color="auto" w:fill="B2A1C7" w:themeFill="accent4" w:themeFillTint="99"/>
                </w:tcPr>
                <w:p w14:paraId="55FFFAEE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693" w:type="dxa"/>
                  <w:shd w:val="clear" w:color="auto" w:fill="FFFFFF" w:themeFill="background1"/>
                </w:tcPr>
                <w:p w14:paraId="584A4EA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693" w:type="dxa"/>
                  <w:shd w:val="clear" w:color="auto" w:fill="FFFFFF" w:themeFill="background1"/>
                </w:tcPr>
                <w:p w14:paraId="35B866D6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693" w:type="dxa"/>
                  <w:shd w:val="clear" w:color="auto" w:fill="FFFFFF" w:themeFill="background1"/>
                </w:tcPr>
                <w:p w14:paraId="7E4DF77B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693" w:type="dxa"/>
                </w:tcPr>
                <w:p w14:paraId="101C1E6D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19</w:t>
                  </w:r>
                </w:p>
              </w:tc>
            </w:tr>
            <w:tr w:rsidR="006B4BA7" w14:paraId="491B2760" w14:textId="77777777">
              <w:tc>
                <w:tcPr>
                  <w:tcW w:w="693" w:type="dxa"/>
                </w:tcPr>
                <w:p w14:paraId="0E2B7D94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693" w:type="dxa"/>
                </w:tcPr>
                <w:p w14:paraId="357D49CB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693" w:type="dxa"/>
                </w:tcPr>
                <w:p w14:paraId="2284BEF9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693" w:type="dxa"/>
                </w:tcPr>
                <w:p w14:paraId="599F2235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693" w:type="dxa"/>
                </w:tcPr>
                <w:p w14:paraId="48F03D98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693" w:type="dxa"/>
                </w:tcPr>
                <w:p w14:paraId="4377D11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693" w:type="dxa"/>
                </w:tcPr>
                <w:p w14:paraId="669DA6F6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26</w:t>
                  </w:r>
                </w:p>
              </w:tc>
            </w:tr>
            <w:tr w:rsidR="006B4BA7" w14:paraId="54541691" w14:textId="77777777">
              <w:tc>
                <w:tcPr>
                  <w:tcW w:w="693" w:type="dxa"/>
                </w:tcPr>
                <w:p w14:paraId="31C258F4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693" w:type="dxa"/>
                </w:tcPr>
                <w:p w14:paraId="07DB62A2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693" w:type="dxa"/>
                </w:tcPr>
                <w:p w14:paraId="06639A1A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693" w:type="dxa"/>
                </w:tcPr>
                <w:p w14:paraId="361B823B" w14:textId="77777777" w:rsidR="006B4BA7" w:rsidRDefault="00000000">
                  <w:pPr>
                    <w:jc w:val="center"/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693" w:type="dxa"/>
                </w:tcPr>
                <w:p w14:paraId="585FE068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7130E0DA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7B2EFAAF" w14:textId="77777777" w:rsidR="006B4BA7" w:rsidRDefault="006B4BA7">
                  <w:pPr>
                    <w:jc w:val="center"/>
                  </w:pPr>
                </w:p>
              </w:tc>
            </w:tr>
            <w:tr w:rsidR="006B4BA7" w14:paraId="115BC422" w14:textId="77777777">
              <w:tc>
                <w:tcPr>
                  <w:tcW w:w="693" w:type="dxa"/>
                </w:tcPr>
                <w:p w14:paraId="38F2906B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4C9B273F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773D7593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0BD47281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70397A21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680F37D3" w14:textId="77777777" w:rsidR="006B4BA7" w:rsidRDefault="006B4BA7">
                  <w:pPr>
                    <w:jc w:val="center"/>
                  </w:pPr>
                </w:p>
              </w:tc>
              <w:tc>
                <w:tcPr>
                  <w:tcW w:w="693" w:type="dxa"/>
                </w:tcPr>
                <w:p w14:paraId="2ADD92F6" w14:textId="77777777" w:rsidR="006B4BA7" w:rsidRDefault="006B4BA7">
                  <w:pPr>
                    <w:jc w:val="center"/>
                  </w:pPr>
                </w:p>
              </w:tc>
            </w:tr>
          </w:tbl>
          <w:p w14:paraId="087FFAE3" w14:textId="77777777" w:rsidR="006B4BA7" w:rsidRDefault="006B4BA7"/>
        </w:tc>
        <w:tc>
          <w:tcPr>
            <w:tcW w:w="4992" w:type="dxa"/>
          </w:tcPr>
          <w:p w14:paraId="37797427" w14:textId="1A9F9C28" w:rsidR="00B54591" w:rsidRPr="00186994" w:rsidRDefault="00B54591" w:rsidP="00B54591">
            <w:pPr>
              <w:spacing w:after="0" w:line="240" w:lineRule="auto"/>
              <w:rPr>
                <w:sz w:val="18"/>
                <w:szCs w:val="18"/>
              </w:rPr>
            </w:pPr>
          </w:p>
          <w:p w14:paraId="7AAD3FE0" w14:textId="77777777" w:rsidR="00B54591" w:rsidRPr="00B54591" w:rsidRDefault="00B54591" w:rsidP="00B54591">
            <w:pPr>
              <w:spacing w:after="0" w:line="240" w:lineRule="auto"/>
              <w:rPr>
                <w:sz w:val="20"/>
                <w:szCs w:val="20"/>
              </w:rPr>
            </w:pPr>
          </w:p>
          <w:p w14:paraId="30C88239" w14:textId="66AEB0F8" w:rsidR="00B54591" w:rsidRDefault="00B54591"/>
        </w:tc>
      </w:tr>
    </w:tbl>
    <w:p w14:paraId="7E9E6AC2" w14:textId="47451C86" w:rsidR="006B4BA7" w:rsidRDefault="006B4BA7"/>
    <w:sectPr w:rsidR="006B4BA7" w:rsidSect="00034616">
      <w:pgSz w:w="1584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2270093">
    <w:abstractNumId w:val="8"/>
  </w:num>
  <w:num w:numId="2" w16cid:durableId="429741315">
    <w:abstractNumId w:val="6"/>
  </w:num>
  <w:num w:numId="3" w16cid:durableId="1513833176">
    <w:abstractNumId w:val="5"/>
  </w:num>
  <w:num w:numId="4" w16cid:durableId="185023715">
    <w:abstractNumId w:val="4"/>
  </w:num>
  <w:num w:numId="5" w16cid:durableId="1072004140">
    <w:abstractNumId w:val="7"/>
  </w:num>
  <w:num w:numId="6" w16cid:durableId="2022005180">
    <w:abstractNumId w:val="3"/>
  </w:num>
  <w:num w:numId="7" w16cid:durableId="1099062777">
    <w:abstractNumId w:val="2"/>
  </w:num>
  <w:num w:numId="8" w16cid:durableId="49427705">
    <w:abstractNumId w:val="1"/>
  </w:num>
  <w:num w:numId="9" w16cid:durableId="2024083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5452"/>
    <w:rsid w:val="0015074B"/>
    <w:rsid w:val="00186994"/>
    <w:rsid w:val="0029639D"/>
    <w:rsid w:val="00326F90"/>
    <w:rsid w:val="00611125"/>
    <w:rsid w:val="006B4BA7"/>
    <w:rsid w:val="00730526"/>
    <w:rsid w:val="00AA1D8D"/>
    <w:rsid w:val="00B47730"/>
    <w:rsid w:val="00B504DF"/>
    <w:rsid w:val="00B54591"/>
    <w:rsid w:val="00C664AA"/>
    <w:rsid w:val="00CB0664"/>
    <w:rsid w:val="00D0545B"/>
    <w:rsid w:val="00F760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E465FC"/>
  <w14:defaultImageDpi w14:val="300"/>
  <w15:docId w15:val="{9BFB0587-57DA-4FC9-A30D-D352F4CD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Wendy Kozak</cp:lastModifiedBy>
  <cp:revision>2</cp:revision>
  <cp:lastPrinted>2026-07-07T12:44:00Z</cp:lastPrinted>
  <dcterms:created xsi:type="dcterms:W3CDTF">2026-07-13T17:49:00Z</dcterms:created>
  <dcterms:modified xsi:type="dcterms:W3CDTF">2026-07-13T17:49:00Z</dcterms:modified>
  <cp:category/>
</cp:coreProperties>
</file>